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F368C6" w14:textId="18130A15" w:rsidR="00151EFF" w:rsidRPr="00151EFF" w:rsidRDefault="00151EFF">
      <w:pPr>
        <w:rPr>
          <w:b/>
          <w:color w:val="0070C0"/>
          <w:sz w:val="36"/>
          <w:szCs w:val="27"/>
        </w:rPr>
      </w:pPr>
      <w:r w:rsidRPr="00151EFF">
        <w:rPr>
          <w:b/>
          <w:color w:val="0070C0"/>
          <w:sz w:val="36"/>
          <w:szCs w:val="27"/>
        </w:rPr>
        <w:t>PROBABILITY JEOPARDY</w:t>
      </w:r>
    </w:p>
    <w:p w14:paraId="2D767C74" w14:textId="77777777" w:rsidR="00151EFF" w:rsidRPr="00151EFF" w:rsidRDefault="00151EFF">
      <w:pPr>
        <w:rPr>
          <w:b/>
          <w:color w:val="0070C0"/>
          <w:sz w:val="32"/>
          <w:szCs w:val="27"/>
        </w:rPr>
      </w:pPr>
    </w:p>
    <w:p w14:paraId="00000002" w14:textId="42CA9AF7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TAKE YOUR CHANCE – 100</w:t>
      </w:r>
    </w:p>
    <w:p w14:paraId="00000003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What is the chance of drawing a king of hearts from a deck randomly?</w:t>
      </w:r>
    </w:p>
    <w:p w14:paraId="00000004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1/52 = 0.0192… ≈ 1.92%</w:t>
      </w:r>
    </w:p>
    <w:p w14:paraId="00000005" w14:textId="77777777" w:rsidR="00CE503C" w:rsidRPr="00151EFF" w:rsidRDefault="00CE503C">
      <w:pPr>
        <w:rPr>
          <w:sz w:val="27"/>
          <w:szCs w:val="27"/>
        </w:rPr>
      </w:pPr>
    </w:p>
    <w:p w14:paraId="00000006" w14:textId="6FF6E0FA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TAKE YOUR CHANCE – 200</w:t>
      </w:r>
    </w:p>
    <w:p w14:paraId="00000007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What is the probability of picking a 3 in a standard deck of cards?</w:t>
      </w:r>
    </w:p>
    <w:p w14:paraId="00000008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1/13 ≈ 0.0769 ≈ 7.69%</w:t>
      </w:r>
    </w:p>
    <w:p w14:paraId="00000009" w14:textId="77777777" w:rsidR="00CE503C" w:rsidRPr="00151EFF" w:rsidRDefault="00CE503C">
      <w:pPr>
        <w:rPr>
          <w:sz w:val="27"/>
          <w:szCs w:val="27"/>
        </w:rPr>
      </w:pPr>
    </w:p>
    <w:p w14:paraId="0000000A" w14:textId="4B3803B7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TAKE YOUR CHANCE – 300</w:t>
      </w:r>
    </w:p>
    <w:p w14:paraId="0000000B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 xml:space="preserve">Question: Two dice are thrown. What is the probability of getting a total of </w:t>
      </w:r>
      <w:bookmarkStart w:id="0" w:name="_GoBack"/>
      <w:bookmarkEnd w:id="0"/>
      <w:r w:rsidRPr="00151EFF">
        <w:rPr>
          <w:sz w:val="27"/>
          <w:szCs w:val="27"/>
        </w:rPr>
        <w:t>7?</w:t>
      </w:r>
    </w:p>
    <w:p w14:paraId="0000000C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1/6 ≈ 0.1667 ≈ 16.67%</w:t>
      </w:r>
    </w:p>
    <w:p w14:paraId="0000000D" w14:textId="77777777" w:rsidR="00CE503C" w:rsidRDefault="00CE503C">
      <w:pPr>
        <w:rPr>
          <w:sz w:val="27"/>
          <w:szCs w:val="27"/>
        </w:rPr>
      </w:pPr>
    </w:p>
    <w:p w14:paraId="3E636B6F" w14:textId="77777777" w:rsidR="00151EFF" w:rsidRDefault="00151EFF">
      <w:pPr>
        <w:rPr>
          <w:sz w:val="27"/>
          <w:szCs w:val="27"/>
        </w:rPr>
      </w:pPr>
    </w:p>
    <w:p w14:paraId="071D5878" w14:textId="77777777" w:rsidR="00151EFF" w:rsidRDefault="00151EFF">
      <w:pPr>
        <w:rPr>
          <w:sz w:val="27"/>
          <w:szCs w:val="27"/>
        </w:rPr>
      </w:pPr>
    </w:p>
    <w:p w14:paraId="0BD7B097" w14:textId="77777777" w:rsidR="00151EFF" w:rsidRDefault="00151EFF">
      <w:pPr>
        <w:rPr>
          <w:sz w:val="27"/>
          <w:szCs w:val="27"/>
        </w:rPr>
      </w:pPr>
    </w:p>
    <w:p w14:paraId="6C9E3EC9" w14:textId="77777777" w:rsidR="00151EFF" w:rsidRDefault="00151EFF">
      <w:pPr>
        <w:rPr>
          <w:sz w:val="27"/>
          <w:szCs w:val="27"/>
        </w:rPr>
      </w:pPr>
    </w:p>
    <w:p w14:paraId="0DDB8C20" w14:textId="77777777" w:rsidR="00151EFF" w:rsidRDefault="00151EFF">
      <w:pPr>
        <w:rPr>
          <w:sz w:val="27"/>
          <w:szCs w:val="27"/>
        </w:rPr>
      </w:pPr>
    </w:p>
    <w:p w14:paraId="3A9B58B4" w14:textId="77777777" w:rsidR="00151EFF" w:rsidRDefault="00151EFF">
      <w:pPr>
        <w:rPr>
          <w:sz w:val="27"/>
          <w:szCs w:val="27"/>
        </w:rPr>
      </w:pPr>
    </w:p>
    <w:p w14:paraId="74A6CA41" w14:textId="77777777" w:rsidR="00151EFF" w:rsidRPr="00151EFF" w:rsidRDefault="00151EFF">
      <w:pPr>
        <w:rPr>
          <w:sz w:val="27"/>
          <w:szCs w:val="27"/>
        </w:rPr>
      </w:pPr>
    </w:p>
    <w:p w14:paraId="0000000E" w14:textId="634E5547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lastRenderedPageBreak/>
        <w:t>TAKE YOUR CHANCE – 400</w:t>
      </w:r>
    </w:p>
    <w:p w14:paraId="0000000F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Calculate the probability that the person picked was a child.</w:t>
      </w:r>
    </w:p>
    <w:p w14:paraId="57B9C808" w14:textId="77777777" w:rsidR="0090248D" w:rsidRPr="00151EFF" w:rsidRDefault="0090248D" w:rsidP="0090248D">
      <w:pPr>
        <w:rPr>
          <w:b/>
          <w:sz w:val="27"/>
          <w:szCs w:val="27"/>
          <w:lang w:val="en-US"/>
        </w:rPr>
      </w:pPr>
      <w:r w:rsidRPr="00151EFF">
        <w:rPr>
          <w:b/>
          <w:noProof/>
          <w:sz w:val="27"/>
          <w:szCs w:val="27"/>
          <w:lang w:val="en-CA"/>
        </w:rPr>
        <w:drawing>
          <wp:inline distT="0" distB="0" distL="0" distR="0" wp14:anchorId="66CC9E39" wp14:editId="52DEE140">
            <wp:extent cx="5943600" cy="1210310"/>
            <wp:effectExtent l="0" t="0" r="0" b="8890"/>
            <wp:docPr id="1026" name="Picture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983783FF-1AD4-0F16-1B05-8FC0407E28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983783FF-1AD4-0F16-1B05-8FC0407E28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0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D3BC78E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100 children with 180 total participants.</w:t>
      </w:r>
    </w:p>
    <w:p w14:paraId="49635499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100/180 – reduced to 5/9</w:t>
      </w:r>
    </w:p>
    <w:p w14:paraId="00000011" w14:textId="4B743E59" w:rsidR="00CE503C" w:rsidRPr="00151EFF" w:rsidRDefault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OR 100/180 = 0.555 -&gt; 0.56</w:t>
      </w:r>
    </w:p>
    <w:p w14:paraId="00000012" w14:textId="2B5A1209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TAKE YOUR CHANCE – 500</w:t>
      </w:r>
    </w:p>
    <w:p w14:paraId="00000013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There's a 30% chance of rain each day. Over 90 days, how many days would you expect rain?</w:t>
      </w:r>
    </w:p>
    <w:p w14:paraId="00000014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27? (0.30 × 90)</w:t>
      </w:r>
    </w:p>
    <w:p w14:paraId="00000015" w14:textId="77777777" w:rsidR="00CE503C" w:rsidRPr="00151EFF" w:rsidRDefault="00CE503C">
      <w:pPr>
        <w:rPr>
          <w:sz w:val="27"/>
          <w:szCs w:val="27"/>
        </w:rPr>
      </w:pPr>
    </w:p>
    <w:p w14:paraId="00000016" w14:textId="029A70CE" w:rsidR="00CE503C" w:rsidRPr="00151EFF" w:rsidRDefault="00151EFF">
      <w:pPr>
        <w:rPr>
          <w:sz w:val="27"/>
          <w:szCs w:val="27"/>
        </w:rPr>
      </w:pPr>
      <w:r w:rsidRPr="00151EFF">
        <w:rPr>
          <w:b/>
          <w:sz w:val="27"/>
          <w:szCs w:val="27"/>
        </w:rPr>
        <w:t>DICE &amp; COINS - 100</w:t>
      </w:r>
      <w:r w:rsidR="0090248D" w:rsidRPr="00151EFF">
        <w:rPr>
          <w:sz w:val="27"/>
          <w:szCs w:val="27"/>
        </w:rPr>
        <w:br/>
        <w:t>Question: is coin unfair if lands on heads 16x on 20 attempts?</w:t>
      </w:r>
      <w:r w:rsidR="0090248D" w:rsidRPr="00151EFF">
        <w:rPr>
          <w:sz w:val="27"/>
          <w:szCs w:val="27"/>
        </w:rPr>
        <w:br/>
        <w:t>Answer: What is no?</w:t>
      </w:r>
      <w:r w:rsidR="0090248D" w:rsidRPr="00151EFF">
        <w:rPr>
          <w:sz w:val="27"/>
          <w:szCs w:val="27"/>
        </w:rPr>
        <w:br/>
      </w:r>
      <w:r w:rsidR="0090248D" w:rsidRPr="00151EFF">
        <w:rPr>
          <w:sz w:val="27"/>
          <w:szCs w:val="27"/>
        </w:rPr>
        <w:br/>
      </w:r>
      <w:r w:rsidRPr="00151EFF">
        <w:rPr>
          <w:b/>
          <w:sz w:val="27"/>
          <w:szCs w:val="27"/>
        </w:rPr>
        <w:t>DICE &amp; COINS - 200</w:t>
      </w:r>
      <w:r w:rsidR="0090248D" w:rsidRPr="00151EFF">
        <w:rPr>
          <w:sz w:val="27"/>
          <w:szCs w:val="27"/>
        </w:rPr>
        <w:br/>
        <w:t>Question: 3 coin flips all tails</w:t>
      </w:r>
      <w:r w:rsidR="0090248D" w:rsidRPr="00151EFF">
        <w:rPr>
          <w:sz w:val="27"/>
          <w:szCs w:val="27"/>
        </w:rPr>
        <w:br/>
        <w:t>Answer: what is ⅛, 0.125, 12.5%?</w:t>
      </w:r>
    </w:p>
    <w:p w14:paraId="00000017" w14:textId="77777777" w:rsidR="00CE503C" w:rsidRPr="00151EFF" w:rsidRDefault="00CE503C">
      <w:pPr>
        <w:rPr>
          <w:sz w:val="27"/>
          <w:szCs w:val="27"/>
        </w:rPr>
      </w:pPr>
    </w:p>
    <w:p w14:paraId="00000018" w14:textId="0F206890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DICE &amp; COINS - 300</w:t>
      </w:r>
    </w:p>
    <w:p w14:paraId="00000019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20 sided die is rolled - chance it rolls on # divisible by 7</w:t>
      </w:r>
    </w:p>
    <w:p w14:paraId="0000001A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1/10, 0.1, 10%?</w:t>
      </w:r>
    </w:p>
    <w:p w14:paraId="0000001B" w14:textId="77777777" w:rsidR="00CE503C" w:rsidRPr="00151EFF" w:rsidRDefault="00CE503C">
      <w:pPr>
        <w:rPr>
          <w:sz w:val="27"/>
          <w:szCs w:val="27"/>
        </w:rPr>
      </w:pPr>
    </w:p>
    <w:p w14:paraId="0000001C" w14:textId="6BA62482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lastRenderedPageBreak/>
        <w:t>DICE &amp; COINS - 400</w:t>
      </w:r>
    </w:p>
    <w:p w14:paraId="0000001D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Heads and even number?</w:t>
      </w:r>
    </w:p>
    <w:p w14:paraId="0000001E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 xml:space="preserve">Answer: What is ¼, 0.25, 25%? </w:t>
      </w:r>
    </w:p>
    <w:p w14:paraId="0000001F" w14:textId="77777777" w:rsidR="00CE503C" w:rsidRPr="00151EFF" w:rsidRDefault="00CE503C">
      <w:pPr>
        <w:rPr>
          <w:sz w:val="27"/>
          <w:szCs w:val="27"/>
        </w:rPr>
      </w:pPr>
    </w:p>
    <w:p w14:paraId="00000020" w14:textId="5FF74EF3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DICE &amp; COINS - 500</w:t>
      </w:r>
    </w:p>
    <w:p w14:paraId="00000021" w14:textId="26B69BA4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Theoretical prob</w:t>
      </w:r>
      <w:r w:rsidR="00151EFF" w:rsidRPr="00151EFF">
        <w:rPr>
          <w:sz w:val="27"/>
          <w:szCs w:val="27"/>
        </w:rPr>
        <w:t>ability</w:t>
      </w:r>
      <w:r w:rsidRPr="00151EFF">
        <w:rPr>
          <w:sz w:val="27"/>
          <w:szCs w:val="27"/>
        </w:rPr>
        <w:t xml:space="preserve"> of getting tails and 3</w:t>
      </w:r>
    </w:p>
    <w:p w14:paraId="00000022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1/160?</w:t>
      </w:r>
    </w:p>
    <w:p w14:paraId="11C3D113" w14:textId="77777777" w:rsidR="0090248D" w:rsidRPr="00151EFF" w:rsidRDefault="0090248D">
      <w:pPr>
        <w:rPr>
          <w:sz w:val="27"/>
          <w:szCs w:val="27"/>
        </w:rPr>
      </w:pPr>
    </w:p>
    <w:p w14:paraId="0000002A" w14:textId="4FE4FB4B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THEORETICAL &amp; EXPERIMENTAL - 100</w:t>
      </w:r>
    </w:p>
    <w:p w14:paraId="0000002B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Is expected theoretical or experimental?</w:t>
      </w:r>
      <w:r w:rsidRPr="00151EFF">
        <w:rPr>
          <w:sz w:val="27"/>
          <w:szCs w:val="27"/>
        </w:rPr>
        <w:br/>
        <w:t xml:space="preserve">Answer: What is theoretical? </w:t>
      </w:r>
    </w:p>
    <w:p w14:paraId="0000002C" w14:textId="77777777" w:rsidR="00CE503C" w:rsidRPr="00151EFF" w:rsidRDefault="00CE503C">
      <w:pPr>
        <w:rPr>
          <w:sz w:val="27"/>
          <w:szCs w:val="27"/>
        </w:rPr>
      </w:pPr>
    </w:p>
    <w:p w14:paraId="0000002D" w14:textId="157792F7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THEORETICAL &amp; EXPERIMENTAL - 200</w:t>
      </w:r>
    </w:p>
    <w:p w14:paraId="0000002E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Flip coin 100 times equal heads and tails in practice?</w:t>
      </w:r>
      <w:r w:rsidRPr="00151EFF">
        <w:rPr>
          <w:sz w:val="27"/>
          <w:szCs w:val="27"/>
        </w:rPr>
        <w:br/>
        <w:t>Answer: What is NO?</w:t>
      </w:r>
    </w:p>
    <w:p w14:paraId="0000002F" w14:textId="77777777" w:rsidR="00CE503C" w:rsidRPr="00151EFF" w:rsidRDefault="00CE503C">
      <w:pPr>
        <w:rPr>
          <w:b/>
          <w:sz w:val="27"/>
          <w:szCs w:val="27"/>
        </w:rPr>
      </w:pPr>
    </w:p>
    <w:p w14:paraId="00000030" w14:textId="2F29EAA7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THEORETICAL &amp; EXPERIMENTAL - 300</w:t>
      </w:r>
    </w:p>
    <w:p w14:paraId="00000031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Probability you win school raffle.</w:t>
      </w:r>
    </w:p>
    <w:p w14:paraId="00000032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1/50?</w:t>
      </w:r>
    </w:p>
    <w:p w14:paraId="00000033" w14:textId="77777777" w:rsidR="00CE503C" w:rsidRPr="00151EFF" w:rsidRDefault="00CE503C">
      <w:pPr>
        <w:rPr>
          <w:sz w:val="27"/>
          <w:szCs w:val="27"/>
        </w:rPr>
      </w:pPr>
    </w:p>
    <w:p w14:paraId="00000034" w14:textId="26128F4E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THEORETICAL &amp; EXPERIMENTAL – 400</w:t>
      </w:r>
    </w:p>
    <w:p w14:paraId="00000035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Probability of choosing a graphic novel.</w:t>
      </w:r>
    </w:p>
    <w:p w14:paraId="00000036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1/5 = 0.2 = 20%</w:t>
      </w:r>
    </w:p>
    <w:p w14:paraId="00000037" w14:textId="77777777" w:rsidR="00CE503C" w:rsidRPr="00151EFF" w:rsidRDefault="00CE503C">
      <w:pPr>
        <w:rPr>
          <w:sz w:val="27"/>
          <w:szCs w:val="27"/>
        </w:rPr>
      </w:pPr>
    </w:p>
    <w:p w14:paraId="00000038" w14:textId="6076BAD4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lastRenderedPageBreak/>
        <w:t>THEORETICAL &amp; EXPERIMENTAL – 500</w:t>
      </w:r>
    </w:p>
    <w:p w14:paraId="00000039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Probability the song is hip-hop.</w:t>
      </w:r>
    </w:p>
    <w:p w14:paraId="0000003A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7/15 ≈ 0.4667 ≈ 46.67%</w:t>
      </w:r>
    </w:p>
    <w:p w14:paraId="0000003F" w14:textId="77777777" w:rsidR="00CE503C" w:rsidRPr="00151EFF" w:rsidRDefault="00CE503C">
      <w:pPr>
        <w:rPr>
          <w:sz w:val="27"/>
          <w:szCs w:val="27"/>
        </w:rPr>
      </w:pPr>
    </w:p>
    <w:p w14:paraId="00000040" w14:textId="473572A4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TREE DIAGRAMS – 100</w:t>
      </w:r>
    </w:p>
    <w:p w14:paraId="00000041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In a tree diagram, what does each branch represent?</w:t>
      </w:r>
    </w:p>
    <w:p w14:paraId="00000042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one possible outcome or choice?</w:t>
      </w:r>
    </w:p>
    <w:p w14:paraId="00000043" w14:textId="77777777" w:rsidR="00CE503C" w:rsidRPr="00151EFF" w:rsidRDefault="00CE503C">
      <w:pPr>
        <w:rPr>
          <w:sz w:val="27"/>
          <w:szCs w:val="27"/>
        </w:rPr>
      </w:pPr>
    </w:p>
    <w:p w14:paraId="00000044" w14:textId="718B3AF9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TREE DIAGRAMS – 200</w:t>
      </w:r>
    </w:p>
    <w:p w14:paraId="00000045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How many total outcomes?</w:t>
      </w:r>
    </w:p>
    <w:p w14:paraId="00000046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 xml:space="preserve">Answer: What is 4 </w:t>
      </w:r>
      <w:proofErr w:type="gramStart"/>
      <w:r w:rsidRPr="00151EFF">
        <w:rPr>
          <w:sz w:val="27"/>
          <w:szCs w:val="27"/>
        </w:rPr>
        <w:t>outcomes</w:t>
      </w:r>
      <w:proofErr w:type="gramEnd"/>
    </w:p>
    <w:p w14:paraId="00000047" w14:textId="0098F330" w:rsidR="00CE503C" w:rsidRPr="00151EFF" w:rsidRDefault="0090248D">
      <w:pPr>
        <w:rPr>
          <w:sz w:val="27"/>
          <w:szCs w:val="27"/>
        </w:rPr>
      </w:pPr>
      <w:r w:rsidRPr="00151EFF">
        <w:rPr>
          <w:noProof/>
          <w:sz w:val="27"/>
          <w:szCs w:val="27"/>
          <w:lang w:val="en-CA"/>
        </w:rPr>
        <w:drawing>
          <wp:inline distT="0" distB="0" distL="0" distR="0" wp14:anchorId="2038799B" wp14:editId="24E85887">
            <wp:extent cx="3305175" cy="2790825"/>
            <wp:effectExtent l="0" t="0" r="9525" b="9525"/>
            <wp:docPr id="1" name="Picture 1" descr="treedia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diagram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48" w14:textId="278FE040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TREE DIAGRAMS – 300</w:t>
      </w:r>
    </w:p>
    <w:p w14:paraId="00000049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Is this an independent or dependent event?</w:t>
      </w:r>
    </w:p>
    <w:p w14:paraId="0000004A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independent?</w:t>
      </w:r>
    </w:p>
    <w:p w14:paraId="0000004B" w14:textId="77777777" w:rsidR="00CE503C" w:rsidRPr="00151EFF" w:rsidRDefault="00CE503C">
      <w:pPr>
        <w:rPr>
          <w:sz w:val="27"/>
          <w:szCs w:val="27"/>
        </w:rPr>
      </w:pPr>
    </w:p>
    <w:p w14:paraId="0000004C" w14:textId="2D6E66E3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lastRenderedPageBreak/>
        <w:t>TREE DIAGRAMS – 400</w:t>
      </w:r>
    </w:p>
    <w:p w14:paraId="0000004D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Chance RJ partners with Sam or Zoe?</w:t>
      </w:r>
    </w:p>
    <w:p w14:paraId="4F24ADDA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There are three possible people that each student can be paired with. We want to know what the chance of RJ being with Sam or Zoe (2 favourable outcomes).</w:t>
      </w:r>
    </w:p>
    <w:p w14:paraId="4D2E726A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Probability = favourable outcome / total possible outcomes = 2/3</w:t>
      </w:r>
    </w:p>
    <w:p w14:paraId="0000004F" w14:textId="2B308934" w:rsidR="00CE503C" w:rsidRPr="00151EFF" w:rsidRDefault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Sam or Zoe / Sam or Zoe or Mia</w:t>
      </w:r>
    </w:p>
    <w:p w14:paraId="00000050" w14:textId="322156C8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TREE DIAGRAMS – 500</w:t>
      </w:r>
    </w:p>
    <w:p w14:paraId="00000051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How many coins are flipped?</w:t>
      </w:r>
    </w:p>
    <w:p w14:paraId="00000055" w14:textId="1D4070F6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3 coins</w:t>
      </w:r>
      <w:r w:rsidR="00151EFF">
        <w:rPr>
          <w:sz w:val="27"/>
          <w:szCs w:val="27"/>
        </w:rPr>
        <w:t>.</w:t>
      </w:r>
    </w:p>
    <w:p w14:paraId="00000056" w14:textId="77777777" w:rsidR="00CE503C" w:rsidRPr="00151EFF" w:rsidRDefault="00CE503C">
      <w:pPr>
        <w:rPr>
          <w:sz w:val="27"/>
          <w:szCs w:val="27"/>
        </w:rPr>
      </w:pPr>
    </w:p>
    <w:p w14:paraId="00000057" w14:textId="785F1FFA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TRAVEL &amp; TRANSPORT – 100</w:t>
      </w:r>
    </w:p>
    <w:p w14:paraId="00000058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Probability the bus is late?</w:t>
      </w:r>
    </w:p>
    <w:p w14:paraId="00000059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40% = 0.4 = 2/5</w:t>
      </w:r>
    </w:p>
    <w:p w14:paraId="0000005A" w14:textId="77777777" w:rsidR="00CE503C" w:rsidRPr="00151EFF" w:rsidRDefault="00CE503C">
      <w:pPr>
        <w:rPr>
          <w:sz w:val="27"/>
          <w:szCs w:val="27"/>
        </w:rPr>
      </w:pPr>
    </w:p>
    <w:p w14:paraId="0000005B" w14:textId="569C9591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TRAVEL &amp; TRANSPORT – 200</w:t>
      </w:r>
    </w:p>
    <w:p w14:paraId="0000005C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Probability roads are not icy for 3 days?</w:t>
      </w:r>
    </w:p>
    <w:p w14:paraId="7E1CB5E3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If you know that the roads have a 20% chance to be icy, they have an 80% chance to be NOT ICY.</w:t>
      </w:r>
    </w:p>
    <w:p w14:paraId="2E7ABEED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0.8 x 0.8 x 0.8 = 0.512 -&gt; 51.2%</w:t>
      </w:r>
    </w:p>
    <w:p w14:paraId="0000005E" w14:textId="77777777" w:rsidR="00CE503C" w:rsidRDefault="00CE503C">
      <w:pPr>
        <w:rPr>
          <w:sz w:val="27"/>
          <w:szCs w:val="27"/>
        </w:rPr>
      </w:pPr>
    </w:p>
    <w:p w14:paraId="3DAA09CA" w14:textId="77777777" w:rsidR="00151EFF" w:rsidRDefault="00151EFF">
      <w:pPr>
        <w:rPr>
          <w:sz w:val="27"/>
          <w:szCs w:val="27"/>
        </w:rPr>
      </w:pPr>
    </w:p>
    <w:p w14:paraId="3F464CB2" w14:textId="77777777" w:rsidR="00151EFF" w:rsidRDefault="00151EFF">
      <w:pPr>
        <w:rPr>
          <w:sz w:val="27"/>
          <w:szCs w:val="27"/>
        </w:rPr>
      </w:pPr>
    </w:p>
    <w:p w14:paraId="06F918FE" w14:textId="77777777" w:rsidR="00151EFF" w:rsidRPr="00151EFF" w:rsidRDefault="00151EFF">
      <w:pPr>
        <w:rPr>
          <w:sz w:val="27"/>
          <w:szCs w:val="27"/>
        </w:rPr>
      </w:pPr>
    </w:p>
    <w:p w14:paraId="0000005F" w14:textId="5DAEA53A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lastRenderedPageBreak/>
        <w:t>TRAVEL &amp; TRANSPORT – 300</w:t>
      </w:r>
    </w:p>
    <w:p w14:paraId="00000060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Probability of a delay?</w:t>
      </w:r>
    </w:p>
    <w:p w14:paraId="5E59A768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50% chance to take each option</w:t>
      </w:r>
    </w:p>
    <w:p w14:paraId="30783393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30% chance that the bus is delayed</w:t>
      </w:r>
    </w:p>
    <w:p w14:paraId="0E5F4C5F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10% chance that the train is delayed</w:t>
      </w:r>
    </w:p>
    <w:p w14:paraId="7901944D" w14:textId="77777777" w:rsidR="0090248D" w:rsidRPr="00151EFF" w:rsidRDefault="0090248D" w:rsidP="0090248D">
      <w:pPr>
        <w:rPr>
          <w:sz w:val="20"/>
          <w:szCs w:val="27"/>
          <w:lang w:val="en-US"/>
        </w:rPr>
      </w:pPr>
    </w:p>
    <w:p w14:paraId="4CA34C3A" w14:textId="77777777" w:rsidR="0090248D" w:rsidRPr="00151EFF" w:rsidRDefault="0090248D" w:rsidP="0090248D">
      <w:pPr>
        <w:rPr>
          <w:sz w:val="27"/>
          <w:szCs w:val="27"/>
        </w:rPr>
      </w:pPr>
      <w:r w:rsidRPr="00151EFF">
        <w:rPr>
          <w:sz w:val="27"/>
          <w:szCs w:val="27"/>
          <w:lang w:val="en-US"/>
        </w:rPr>
        <w:t>A = bus/train delay; B = chance of taking each (50%)</w:t>
      </w:r>
    </w:p>
    <w:p w14:paraId="2FB02975" w14:textId="77777777" w:rsidR="0090248D" w:rsidRPr="00151EFF" w:rsidRDefault="0090248D" w:rsidP="0090248D">
      <w:pPr>
        <w:rPr>
          <w:sz w:val="27"/>
          <w:szCs w:val="27"/>
        </w:rPr>
      </w:pPr>
      <w:r w:rsidRPr="00151EFF">
        <w:rPr>
          <w:sz w:val="27"/>
          <w:szCs w:val="27"/>
          <w:lang w:val="en-US"/>
        </w:rPr>
        <w:t>P(a x b) = P1</w:t>
      </w:r>
    </w:p>
    <w:p w14:paraId="143345EC" w14:textId="77777777" w:rsidR="0090248D" w:rsidRPr="00151EFF" w:rsidRDefault="0090248D" w:rsidP="0090248D">
      <w:pPr>
        <w:rPr>
          <w:sz w:val="27"/>
          <w:szCs w:val="27"/>
        </w:rPr>
      </w:pPr>
      <w:r w:rsidRPr="00151EFF">
        <w:rPr>
          <w:sz w:val="27"/>
          <w:szCs w:val="27"/>
          <w:lang w:val="en-US"/>
        </w:rPr>
        <w:t>P(a x b) = P2</w:t>
      </w:r>
    </w:p>
    <w:p w14:paraId="0E0E2F1A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P1 + P2 = answer</w:t>
      </w:r>
    </w:p>
    <w:p w14:paraId="5131AD0B" w14:textId="77777777" w:rsidR="0090248D" w:rsidRPr="00151EFF" w:rsidRDefault="0090248D" w:rsidP="0090248D">
      <w:pPr>
        <w:rPr>
          <w:sz w:val="27"/>
          <w:szCs w:val="27"/>
          <w:lang w:val="en-US"/>
        </w:rPr>
      </w:pPr>
    </w:p>
    <w:p w14:paraId="79C86C77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0.3 x 0.5 = 0.15</w:t>
      </w:r>
    </w:p>
    <w:p w14:paraId="18F5F989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0.1 x 0.5 = 0.05</w:t>
      </w:r>
    </w:p>
    <w:p w14:paraId="2F72AA41" w14:textId="77777777" w:rsidR="0090248D" w:rsidRPr="00151EFF" w:rsidRDefault="0090248D" w:rsidP="0090248D">
      <w:pPr>
        <w:rPr>
          <w:sz w:val="2"/>
          <w:szCs w:val="27"/>
          <w:lang w:val="en-US"/>
        </w:rPr>
      </w:pPr>
    </w:p>
    <w:p w14:paraId="5CFA3CE7" w14:textId="77777777" w:rsidR="0090248D" w:rsidRPr="00151EFF" w:rsidRDefault="0090248D" w:rsidP="0090248D">
      <w:pPr>
        <w:rPr>
          <w:sz w:val="27"/>
          <w:szCs w:val="27"/>
          <w:lang w:val="en-US"/>
        </w:rPr>
      </w:pPr>
      <w:r w:rsidRPr="00151EFF">
        <w:rPr>
          <w:sz w:val="27"/>
          <w:szCs w:val="27"/>
          <w:lang w:val="en-US"/>
        </w:rPr>
        <w:t>0.15 + 0.05 = 0.20 -&gt; 20% chance</w:t>
      </w:r>
    </w:p>
    <w:p w14:paraId="00000062" w14:textId="77777777" w:rsidR="00CE503C" w:rsidRPr="00151EFF" w:rsidRDefault="00CE503C">
      <w:pPr>
        <w:rPr>
          <w:sz w:val="27"/>
          <w:szCs w:val="27"/>
        </w:rPr>
      </w:pPr>
    </w:p>
    <w:p w14:paraId="00000063" w14:textId="4204368D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TRAVEL &amp; TRANSPORT – 400</w:t>
      </w:r>
    </w:p>
    <w:p w14:paraId="00000064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Probability of congestion both days?</w:t>
      </w:r>
    </w:p>
    <w:p w14:paraId="00000065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49% = 0.49 = 49/100</w:t>
      </w:r>
    </w:p>
    <w:p w14:paraId="00000066" w14:textId="77777777" w:rsidR="00CE503C" w:rsidRPr="00151EFF" w:rsidRDefault="00CE503C">
      <w:pPr>
        <w:rPr>
          <w:sz w:val="27"/>
          <w:szCs w:val="27"/>
        </w:rPr>
      </w:pPr>
    </w:p>
    <w:p w14:paraId="00000067" w14:textId="7DC76989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t>TRAVEL &amp; TRANSPORT – 500</w:t>
      </w:r>
    </w:p>
    <w:p w14:paraId="00000068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Probability all independent events occur?</w:t>
      </w:r>
    </w:p>
    <w:p w14:paraId="00000069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Answer: What is 9% = 0.09 = 9/100</w:t>
      </w:r>
    </w:p>
    <w:p w14:paraId="0000006A" w14:textId="77777777" w:rsidR="00CE503C" w:rsidRPr="00151EFF" w:rsidRDefault="00CE503C">
      <w:pPr>
        <w:rPr>
          <w:sz w:val="27"/>
          <w:szCs w:val="27"/>
        </w:rPr>
      </w:pPr>
    </w:p>
    <w:p w14:paraId="0000006B" w14:textId="421BD738" w:rsidR="00CE503C" w:rsidRPr="00151EFF" w:rsidRDefault="00151EFF">
      <w:pPr>
        <w:rPr>
          <w:b/>
          <w:sz w:val="27"/>
          <w:szCs w:val="27"/>
        </w:rPr>
      </w:pPr>
      <w:r w:rsidRPr="00151EFF">
        <w:rPr>
          <w:b/>
          <w:sz w:val="27"/>
          <w:szCs w:val="27"/>
        </w:rPr>
        <w:lastRenderedPageBreak/>
        <w:t>FINAL JEOPARDY – RIDDLE</w:t>
      </w:r>
    </w:p>
    <w:p w14:paraId="0000006C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>Question: No matter how many times you try, I always happen.</w:t>
      </w:r>
    </w:p>
    <w:p w14:paraId="0000006D" w14:textId="77777777" w:rsidR="00CE503C" w:rsidRPr="00151EFF" w:rsidRDefault="0090248D">
      <w:pPr>
        <w:rPr>
          <w:sz w:val="27"/>
          <w:szCs w:val="27"/>
        </w:rPr>
      </w:pPr>
      <w:r w:rsidRPr="00151EFF">
        <w:rPr>
          <w:sz w:val="27"/>
          <w:szCs w:val="27"/>
        </w:rPr>
        <w:t xml:space="preserve">Answer: What is a </w:t>
      </w:r>
      <w:r w:rsidRPr="00151EFF">
        <w:rPr>
          <w:b/>
          <w:sz w:val="27"/>
          <w:szCs w:val="27"/>
        </w:rPr>
        <w:t>certain event</w:t>
      </w:r>
      <w:r w:rsidRPr="00151EFF">
        <w:rPr>
          <w:sz w:val="27"/>
          <w:szCs w:val="27"/>
        </w:rPr>
        <w:t>? (Probability = 1 = 100%)</w:t>
      </w:r>
    </w:p>
    <w:sectPr w:rsidR="00CE503C" w:rsidRPr="00151EFF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5FE56CA-159E-4AC8-8C99-2ED28DBEF305}"/>
    <w:embedBold r:id="rId2" w:fontKey="{CF2D3EA6-C146-48DF-B6D7-D4E91C623168}"/>
    <w:embedItalic r:id="rId3" w:fontKey="{E5AE5156-0FFA-4AF5-8C17-4546C2677E97}"/>
    <w:embedBoldItalic r:id="rId4" w:fontKey="{39F99AC6-A605-480F-8A14-6338CC36EC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FE4401B-1E8C-4C47-A89D-CC721A1007A5}"/>
    <w:embedBold r:id="rId6" w:fontKey="{BF581212-B480-41A7-8953-76437CDD98D9}"/>
    <w:embedItalic r:id="rId7" w:fontKey="{6EECDBD5-902A-403F-AEE4-7C0B3D27822A}"/>
    <w:embedBoldItalic r:id="rId8" w:fontKey="{04A18EAB-42BF-44FB-8CE7-383E84FFA6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256DB"/>
    <w:multiLevelType w:val="multilevel"/>
    <w:tmpl w:val="CE808ED4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3C"/>
    <w:rsid w:val="00151EFF"/>
    <w:rsid w:val="0090248D"/>
    <w:rsid w:val="00CE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A38E32-EBE5-4586-A174-17BD549AB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5/FMrumc7Dt81qt82COZsBHFQg==">CgMxLjA4AHIhMU5DV2gxUXRkSWFXUUNKRjY2SGp6bFg1NmJxOVpvc2xp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Dave Fitch</cp:lastModifiedBy>
  <cp:revision>2</cp:revision>
  <dcterms:created xsi:type="dcterms:W3CDTF">2026-01-20T19:11:00Z</dcterms:created>
  <dcterms:modified xsi:type="dcterms:W3CDTF">2026-01-20T19:11:00Z</dcterms:modified>
</cp:coreProperties>
</file>